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left"/>
      </w:pPr>
      <w:r>
        <w:rPr>
          <w:b/>
          <w:color w:val="1B5E20"/>
          <w:sz w:val="38"/>
        </w:rPr>
        <w:t>LawnCareWebsite</w:t>
      </w:r>
      <w:r>
        <w:rPr>
          <w:b/>
        </w:rPr>
        <w:t xml:space="preserve"> Invoice Template</w:t>
      </w:r>
    </w:p>
    <w:p>
      <w:pPr>
        <w:spacing w:after="140"/>
      </w:pPr>
      <w:r>
        <w:rPr>
          <w:i/>
          <w:color w:val="5C6B62"/>
        </w:rPr>
        <w:t>Editable document — send the completed invoice after each service visit.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Business name:  ______________________________</w:t>
            </w:r>
          </w:p>
        </w:tc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Phone / email:  ______________________________</w:t>
            </w:r>
          </w:p>
        </w:tc>
      </w:tr>
      <w:tr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City, state:  ______________________________</w:t>
            </w:r>
          </w:p>
        </w:tc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Invoice number:  ______________________________</w:t>
            </w:r>
          </w:p>
        </w:tc>
      </w:tr>
      <w:tr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Invoice date:  ______________________________</w:t>
            </w:r>
          </w:p>
        </w:tc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Due date:  ______________________________</w:t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b/>
          <w:color w:val="1B5E20"/>
          <w:sz w:val="20"/>
        </w:rPr>
        <w:t>BILL TO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Client name:  ______________________________</w:t>
            </w:r>
          </w:p>
        </w:tc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Client phone / email:  ______________________________</w:t>
            </w:r>
          </w:p>
        </w:tc>
      </w:tr>
      <w:tr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Service address:  ______________________________</w:t>
            </w:r>
          </w:p>
        </w:tc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Payment terms:  ______________________________</w:t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b/>
          <w:color w:val="1B5E20"/>
          <w:sz w:val="20"/>
        </w:rPr>
        <w:t>SERVICES PERFORMED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vAlign w:val="center"/>
            <w:shd w:fill="2E7D3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Service</w:t>
            </w:r>
          </w:p>
        </w:tc>
        <w:tc>
          <w:tcPr>
            <w:tcW w:type="dxa" w:w="2131"/>
            <w:vAlign w:val="center"/>
            <w:shd w:fill="2E7D3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2131"/>
            <w:vAlign w:val="center"/>
            <w:shd w:fill="2E7D3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Qty</w:t>
            </w:r>
          </w:p>
        </w:tc>
        <w:tc>
          <w:tcPr>
            <w:tcW w:type="dxa" w:w="2131"/>
            <w:vAlign w:val="center"/>
            <w:shd w:fill="2E7D3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Rate</w:t>
            </w:r>
          </w:p>
        </w:tc>
        <w:tc>
          <w:tcPr>
            <w:tcW w:type="dxa" w:w="2131"/>
            <w:vAlign w:val="center"/>
            <w:shd w:fill="2E7D3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2131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  </w:t>
            </w:r>
          </w:p>
        </w:tc>
        <w:tc>
          <w:tcPr>
            <w:tcW w:type="dxa" w:w="2131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2131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2131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2131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</w:tr>
      <w:tr>
        <w:tc>
          <w:tcPr>
            <w:tcW w:type="dxa" w:w="2131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  </w:t>
            </w:r>
          </w:p>
        </w:tc>
        <w:tc>
          <w:tcPr>
            <w:tcW w:type="dxa" w:w="2131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2131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2131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2131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</w:tr>
      <w:tr>
        <w:tc>
          <w:tcPr>
            <w:tcW w:type="dxa" w:w="2131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  </w:t>
            </w:r>
          </w:p>
        </w:tc>
        <w:tc>
          <w:tcPr>
            <w:tcW w:type="dxa" w:w="2131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2131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2131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2131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</w:tr>
      <w:tr>
        <w:tc>
          <w:tcPr>
            <w:tcW w:type="dxa" w:w="2131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  </w:t>
            </w:r>
          </w:p>
        </w:tc>
        <w:tc>
          <w:tcPr>
            <w:tcW w:type="dxa" w:w="2131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2131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2131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2131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</w:tr>
      <w:tr>
        <w:tc>
          <w:tcPr>
            <w:tcW w:type="dxa" w:w="2131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  </w:t>
            </w:r>
          </w:p>
        </w:tc>
        <w:tc>
          <w:tcPr>
            <w:tcW w:type="dxa" w:w="2131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2131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2131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2131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</w:tr>
      <w:tr>
        <w:tc>
          <w:tcPr>
            <w:tcW w:type="dxa" w:w="2131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  </w:t>
            </w:r>
          </w:p>
        </w:tc>
        <w:tc>
          <w:tcPr>
            <w:tcW w:type="dxa" w:w="2131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2131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2131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2131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</w:tr>
      <w:tr>
        <w:tc>
          <w:tcPr>
            <w:tcW w:type="dxa" w:w="2131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  </w:t>
            </w:r>
          </w:p>
        </w:tc>
        <w:tc>
          <w:tcPr>
            <w:tcW w:type="dxa" w:w="2131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2131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2131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2131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</w:tr>
    </w:tbl>
    <w:p>
      <w:r>
        <w:rPr>
          <w:i/>
          <w:color w:val="5C6B62"/>
          <w:sz w:val="15"/>
        </w:rPr>
        <w:t>Add or remove line items as needed. Keep descriptions specific.</w:t>
      </w: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Subtotal</w:t>
            </w:r>
          </w:p>
        </w:tc>
        <w:tc>
          <w:tcPr>
            <w:tcW w:type="dxa" w:w="5328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________________</w:t>
            </w:r>
          </w:p>
        </w:tc>
      </w:tr>
      <w:tr>
        <w:tc>
          <w:tcPr>
            <w:tcW w:type="dxa" w:w="5328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Discount</w:t>
            </w:r>
          </w:p>
        </w:tc>
        <w:tc>
          <w:tcPr>
            <w:tcW w:type="dxa" w:w="5328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________________</w:t>
            </w:r>
          </w:p>
        </w:tc>
      </w:tr>
      <w:tr>
        <w:tc>
          <w:tcPr>
            <w:tcW w:type="dxa" w:w="5328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Tax</w:t>
            </w:r>
          </w:p>
        </w:tc>
        <w:tc>
          <w:tcPr>
            <w:tcW w:type="dxa" w:w="5328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________________</w:t>
            </w:r>
          </w:p>
        </w:tc>
      </w:tr>
      <w:tr>
        <w:tc>
          <w:tcPr>
            <w:tcW w:type="dxa" w:w="5328"/>
            <w:vAlign w:val="center"/>
            <w:shd w:fill="E8F5E9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233029"/>
                <w:sz w:val="18"/>
              </w:rPr>
              <w:t>Amount due</w:t>
            </w:r>
          </w:p>
        </w:tc>
        <w:tc>
          <w:tcPr>
            <w:tcW w:type="dxa" w:w="5328"/>
            <w:vAlign w:val="center"/>
            <w:shd w:fill="E8F5E9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233029"/>
                <w:sz w:val="18"/>
              </w:rPr>
              <w:t>________________</w:t>
            </w:r>
          </w:p>
        </w:tc>
      </w:tr>
      <w:tr>
        <w:tc>
          <w:tcPr>
            <w:tcW w:type="dxa" w:w="5328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Amount paid / balance</w:t>
            </w:r>
          </w:p>
        </w:tc>
        <w:tc>
          <w:tcPr>
            <w:tcW w:type="dxa" w:w="5328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________________</w:t>
            </w:r>
          </w:p>
        </w:tc>
      </w:tr>
    </w:tbl>
    <w:p/>
    <w:p>
      <w:pPr>
        <w:spacing w:before="100" w:after="60"/>
      </w:pPr>
      <w:r>
        <w:rPr>
          <w:b/>
          <w:color w:val="1B5E20"/>
          <w:sz w:val="20"/>
        </w:rPr>
        <w:t>PAYMENT INFORMATION</w:t>
      </w:r>
    </w:p>
    <w:p>
      <w:r>
        <w:t>Accepted methods:  ___________________________________________________________________________________________</w:t>
      </w:r>
    </w:p>
    <w:p>
      <w:r>
        <w:t>Payment link / instructions:  ___________________________________________________________________________</w:t>
      </w:r>
    </w:p>
    <w:p>
      <w:r>
        <w:t>Notes:  ______________________________________________________________________________________________________________</w:t>
      </w:r>
    </w:p>
    <w:sectPr w:rsidR="00FC693F" w:rsidRPr="0006063C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3302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